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כסליו: חנוכה,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לעומק את סיפור חנוכה, חודש כסלו ומסורותיו, כולל הקשר לפרשות החלומות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כל אחד משמונת הנרות מבטא ערך אנושי ולהתחבר אליו באופן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 הבית־ספרי, את התפקידים השונים ואת תהליך ההפקה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טקסט דרמטי קצר (מערכון) ולזהות דמות, קונפליקט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היכרות עם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עובדות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שהשם מופיע כבר בתנ״ך, בספרים האלה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באתר – דווקא אז מדליקים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כסלו וסיפור החג – התאמת חולמים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(החודש התשיעי)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(החודש השלישי)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(חלם על סולם המגיע השמיימה)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(חלם על אלומות, שמש, ירח וכוכבים)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הבנת הדימויים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הוא עומד בלי נרות אחרים לצדו, ובכל זאת דולק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שמונה נרות, שמונה ערכים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בחירה מנומקת באחד משמונת הערכים, עם הסבר אישי המתייחס לחוויה או למחשבה של הכותב/ת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מבנה הטקס, תפקידים והפקה – הכרות עם מבנה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20–25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צד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להוביל את הטקס ולקשר בין החלקים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מבנה הטקס, תפקידים והפקה – הפעלה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מדרגות (במות נמוכות)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מבנה הטקס, תפקידים והפקה – התאמה וסדר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(מובילים את הטקס ושומרים על לוח הזמנים)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(קוראים את קטעי הכסלו והסיפור ההיסטורי מהדוכן)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(מדליקים נר LED אחד ואומרים משפט קצר על 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(שרה בפתיחה, באמצע ובסיום ומובילה קריאה קולית)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מבנה הטקס, תפקידים והפקה – סדר ההכנה לטקס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תפקידים וחלוקת כרטיסי תפקיד לתלמידים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חזרות לפי תוכנית החזרות של שבועיים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גנרלית הכוללת בדיקת מיקרופונים ותיאום סימני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עריכת הטקס עצמו לפי התסריט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ניתוח המערכון והקריאה במקהלה – הכרת הדמויות והעלילה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להדליק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ניתוח המערכון והקריאה במקהלה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הוא דמות נמרצת, מסתובבת ומדברת מהר, ומתבלבלת.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פכית היא פך השמן מהסיפור ההיסטורי, שסיפק אור לשמונה ימים.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ניתוח המערכון והקריאה במקהלה – הבנה והקשרים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ניתוח המערכון והקריאה במקהלה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(ביישן, בטוח שאין לו מה לתרום)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(רגועה וחכמה, 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(נמרץ, מסתובב ומתבלבל)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(זוכרת את נס פך השמן מהמקדש)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שפה, תרגום והתאמות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לעולים חדשים להבין את תוכן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הנר המשמש להדלקת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שפה, תרגום והתאמות – עובדות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העוסק בהתאמות לעולים ולחנ״מ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הגרסה בעברית קלה כתובה בזמן הווה, עם משפטים קצרים ומילים חוזרות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שפה, תרגום והתאמות – מילים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candle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giving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שפה, תרגום והתאמות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(darkness)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(oil)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(small jug)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כתיבה והפקה עצמית – שינון עובדות ליסוד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מעט אור דוחה הרבה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את הניגוד בין חושך גובר לאור שמוסיפים, ותקשר זאת לנס או למסר סמלי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 דוגמה אישית קונקרטית ולא רק הגדרה כללית של הערך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שגם מי שמרגיש 'קטן' יכול לתרום אור משמעותי, בדומה לפך השמן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שלושה–ארבעה שיעורים: סיפור החג, הערכים, המערכון, וסיכום/הפקה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שמעורבים בהפקת הטקס כדאי להקדיש זמן נוסף לפרק התפקידים ולתרגל בעל פה את הקטע הרלוונטי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פרק השפה לתלמידים עולים על ידי שימוש בגרסת העברית הקלה והמילון הרב־לשוני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בשיתוף קצר במליאה כדי לחבר בין הכתיבה האישית לתחושת השייכות הקבוצתית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כסליו: חנוכה,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תעברו על עיקרי החומר של טקס 'אור של יחד' – מסיפור כסלו ועד למערכון ולתפקידי ההפקה. עבדו פרק אחר פרק, ונסו לקשר בין הערכים לדוגמאות מחייכם. בסיום כל פרק יש מקום לכתיבה אישית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כסלו  ·  חלומות  ·  מדרגות (במות נמוכות)  ·  קטן  ·  candle  ·  מנחים  ·  giving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כסלו וסיפור החג – היכרות עם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כסלו הוא החודש התשיעי בלוח העברי כשסופרים מאיזה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מהיכן הגיעו אלינו שמות החודשים העבריים, כולל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כסלו וסיפור החג – עובדות וחלומות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החודש כסלו מופיע בתנ״ך בספרי נחמיה וזכריה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הלילות הארוכים ביותר בשנה חלים בסביבות סוף כסלו ותחילת טבת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כסלו וסיפור החג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כסלו מכונה לעיתים "חודש ה__________", כי בשבתותיו קוראים בתורה פרשות מלאות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החל מכ״ה ב__________ מדליקים את נרות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כסלו וסיפור החג – התאמת חולמים וחלומות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כסלו (סופרים מניסן)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חלם על סולם המגיע השמיימה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כסלו (סופרים מתשרי)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חלם על אלומות, שמש, ירח וכוכבים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החודש התשיעי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החודש השלישי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שמונה נרות, שמונה ערכים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שמונה נרות, שמונה ערכים – הבנת הדימויים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הנר הראשון מתואר כ'הבודד ביותר'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עומד בלי נרות אחרים לצדו, ובכל זאת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נמוך מכל הנרות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לו שמש משלו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שמונה נרות, שמונה ערכים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איזה מהערכים שלמדתם הכי מדבר אליכם השנה,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מבנה הטקס, תפקידים והפקה – הכרות עם מבנה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אורכו של הטקס הבית־ספרי לחט״ב ותיכון?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20–25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ממוקם דוכן הקריינות על פי מפת הבמה?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מרכז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צד 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צד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תפקידם העיקרי של המנחים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לשיר במקהלה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לקרוא את הסיפור ההיסטורי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להוביל את הטקס ולקשר בין החלקים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מבנה הטקס, תפקידים והפקה – הפעלה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הם שני בעלי תפקיד שמובילים את הטקס, מקשרים בין חלקיו ומזמינים את המדליקים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המקהלה עומדת בטקס הבית ספרי על שתי שורות של __________ בצד שמאל הבמה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מבנה הטקס, תפקידים והפקה – התאמה וסדר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שרה בפתיחה, באמצע ובסיום ומובילה קריאה קולית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מדליקים נר LED אחד ואומרים משפט קצר על 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מדליקים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קוראים את קטעי הכסלו והסיפור ההיסטורי מהדוכן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מובילים את הטקס ושומרים על לוח הזמנים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מבנה הטקס, תפקידים והפקה – סדר ההכנה לטקס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עריכת הטקס עצמו לפי התסריט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חזרה גנרלית הכוללת בדיקת מיקרופונים ותיאום סימני מעבר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חזרות לפי תוכנית החזרות של שבועיים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תפקידים וחלוקת כרטיסי תפקיד לתלמידים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ניתוח המערכון והקריאה במקהלה – הכרת הדמויות והעלילה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הדמות שחושבת שהיא קטנה מדי ולא תוכל להאיר?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תפקידה של שמשית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לספר סיפור מהמקדש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לשיר שירי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ניתוח המערכון והקריאה במקהלה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סביבוני הוא דמות רגועה שמדברת לאט ובשקט.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פכית מספרת שבעבר מצאו אותה בבית המקדש עם מעט שמן.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ניתוח המערכון והקריאה במקהלה – הבנה והקשרים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נרי חושב שהוא לא יצליח להאיר כלום כי הוא __________ מדי.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ניתוח המערכון והקריאה במקהלה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נמרץ, מסתובב ומתבלבל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זוכרת את נס פך השמן מהמקדש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רגועה וחכמה, מדליקה את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ביישן, בטוח שאין לו מה לתרום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שפה, תרגום והתאמות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הגרסה בעברית קלה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להקשות על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לאפשר לעולים חדשים להבין את תוכן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לגמרי את קטעי הקריאה המקוריים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תפקידו של ה'שמש'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הנר השמיני והאחרון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הנר המשמש להדלקת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סביבון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שפה, תרגום והתאמות – עובדות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המילון באתר כולל תרגום לארבע שפות: עברית, אנגלית, רוסית וערבית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קלה הטקסט כתוב בזמן עבר כדי לפשט את ההבנה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שפה, תרגום והתאמות – מילים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האנגלית למילה 'נר'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התרגום לאנגלית של המילה 'נתינה'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שפה, תרגום והתאמות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darkness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small jug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oil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סיכום: כתיבה והפקה עצמית – שינון עובדות ליסוד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הערך שבו עוסק קטע ההדלקה של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הרעיון המנחה שחוזר בטקס הבית ספרי?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מעט אור דוחה הרבה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חייבים חנוכייה גדולה כדי להאיר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מבוגרים יכולים להדליק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תוכלו להסביר במילים שלכם למה דווקא בחודש החשוך מדליקים 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תוכלו לבחור ערך אחד מתוך שמונת הנרות ולהסביר איך הוא מתבטא בחיי היומיום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כסליו: חנוכה,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