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כסליו: חנוכה,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לעומק את סיפור חנוכה, חודש כסלו ומסורותיו, כולל הקשר לפרשות החלומות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כל אחד משמונת הנרות מבטא ערך אנושי ולהתחבר אליו באופן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 הבית־ספרי, את התפקידים השונים ואת תהליך ההפקה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טקסט דרמטי קצר (מערכון) ולזהות דמות, קונפליקט ומסר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כסלו וסיפור החג – היכרות עם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סתיו מאוחר וראשית 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כסלו וסיפור החג – עובדות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שהשם מופיע כבר בתנ״ך, בספרים האלה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באתר – דווקא אז מדליקים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חלומו של יוסף; יעקב חלם על סולם המגיע השמיימה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כסלו וסיפור החג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כסלו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כסלו וסיפור החג – התאמת חולמים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(החודש התשיעי)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(החודש השלישי)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(חלם על סולם המגיע השמיימה)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(חלם על אלומות, שמש, ירח וכוכבים)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(חלם על פרות ושיבולים)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שמונה נרות, שמונה ערכים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(חוסן)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(ענווה)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שמונה נרות, שמונה ערכים – הבנת הדימויים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הוא עומד בלי נרות אחרים לצדו, ובכל זאת דולק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שאפשר להדליק גם כשלא בטוחים שיספיק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האור שלו לא פוחת, ומתווסף אור נוסף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שניהם הצעות לפעולה יומיומית קטנה שמבטאת את הערך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שמונה נרות, שמונה ערכים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קצר וברור בגוף ראשון רבים, הקושר את הנר לערך הנבחר, בדומה למבנה 'אנחנו מדליקים את נר ה... כדי ש...'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להציג חיבור בין תכונה פיזית של הנר (למשל עמידה לבד) לתכונה ערכית (אומץ להתחיל), עם דוגמה קונקרטית מתוך קטע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בחירה מנומקת באחד משמונת הערכים, עם הסבר אישי המתייחס לחוויה או למחשבה של הכותב/ת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יש לציין שהמכבים היו קבוצה קטנה שהעזה לעמוד על זכותה לחיות לפי דרכה, בדומה לאומץ של הנר הראשון שמתחיל לבדו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מבנה הטקס, תפקידים והפקה – הכרות עם מבנה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20–25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צד 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להוביל את הטקס ולקשר בין החלקים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צוות סאונד ותאורה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מבנה הטקס, תפקידים והפקה – הפעלה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מדרגות (במות נמוכות)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מבנה הטקס, תפקידים והפקה – התאמה וסדר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(מובילים את הטקס ושומרים על לוח הזמנים)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(קוראים את קטעי הכסלו והסיפור ההיסטורי מהדוכן)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(מדליקים נר LED אחד ואומרים משפט קצר על ערך)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(שרה בפתיחה, באמצע ובסיום ומובילה קריאה קולית)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(מפעילים מוזיקה, מיקרופונים ושינויי 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מבנה הטקס, תפקידים והפקה – סדר ההכנה לטקס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תפקידים וחלוקת כרטיסי תפקיד לתלמידים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חזרות לפי תוכנית החזרות של שבועיים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גנרלית הכוללת בדיקת מיקרופונים ותיאום סימני מעבר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עריכת הטקס עצמו לפי התסריט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כיוון הקהל ליציאה מסודרת 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ניתוח המערכון והקריאה במקהלה – הכרת הדמויות והעלילה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נרי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להדליק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אדן חלון, בערב הראשון של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ניתוח המערכון והקריאה במקהלה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סביבוני הוא דמות נמרצת, מסתובבת ומדברת מהר, ומתבלבלת.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פכית היא פך השמן מהסיפור ההיסטורי, שסיפק אור לשמונה ימים.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ניתוח המערכון והקריאה במקהלה – הבנה והקשרים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ניתוח המערכון והקריאה במקהלה – התאמת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(ביישן, בטוח שאין לו מה לתרום)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(רגועה וחכמה, מדליקה את 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(נמרץ, מסתובב ומתבלבל)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(זוכרת את נס פך השמן מהמקדש)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שפה, תרגום והתאמות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לעולים חדשים להבין את תוכן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הנר המשמש להדלקת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שפה, תרגום והתאמות – עובדות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בדף העוסק בהתאמות לעולים ולחנ״מ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הגרסה בעברית קלה כתובה בזמן הווה, עם משפטים קצרים ומילים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מוצע בחלק 'מה עושים בכיתה'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שפה, תרגום והתאמות – מילים ותרגום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candle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giving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שפה, תרגום והתאמות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(miracle)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(darkness)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(oil)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(small jug)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(community)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סיכום: כתיבה והפקה עצמית – שינון עובדות ליסוד הכתיבה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מעט אור דוחה הרבה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את הניגוד בין חושך גובר לאור שמוסיפים, ותקשר זאת לנס או למסר סמלי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תכלול דוגמה אישית קונקרטית ולא רק הגדרה כללית של הערך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תזהה שגם מי שמרגיש 'קטן' יכול לתרום אור משמעותי, בדומה לפך השמן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שלושה–ארבעה שיעורים: סיפור החג, הערכים, המערכון, וסיכום/הפקה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שמעורבים בהפקת הטקס כדאי להקדיש זמן נוסף לפרק התפקידים ולתרגל בעל פה את הקטע הרלוונטי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פרק השפה לתלמידים עולים על ידי שימוש בגרסת העברית הקלה והמילון הרב־לשוני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כל פרק בשיתוף קצר במליאה כדי לחבר בין הכתיבה האישית לתחושת השייכות הקבוצתית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טקס כסליו: חנוכה,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על חג חנוכה וחודש כסלו. עוברים על הנרות, הערכים, המערכון והתפקידים בטקס. אחרי כל חלק כותבים משפט קצר משלכם.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התשיעי בלוח העברי, חל בסתיו המאוחר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האורים, זכר לנס פך השמן ולניצחון המכבים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המשמש להדלקת שאר נרות החנוכייה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מוסרי שמנחה התנהגות, כמו אומץ או נתינה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תחושת שייכות וחיבור בין אנשים כקהילה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חוסן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להתמודד עם קושי ולהמשיך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קטע דרמטי קצר עם דמויות ועלילה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מידע לקהל על מהלך הטקס והמשתתפים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 – התאמות לתלמידים עם צרכים מיוחדים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כסלו וסיפור החג – היכרות עם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חודש סופרים כדי לקבל שכסלו הוא התשיעי?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תרבות עתיקה הגיעו שמות החודשים?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עונה מתאימה לכסלו?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אביב מוקדם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סתיו מאוחר וראשית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קיץ מאוחר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כסלו וסיפור החג – עובדות וחלומות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החודש כסלו מופיע בתנ״ך בספרי נחמיה וזכריה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הלילות הארוכים ביותר בשנה חלים בסביבות סוף כסלו ותחילת טבת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יעקב חלם בתורה על אלומות בשדה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כסלו וסיפור החג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כסלו מכונה לעיתים "חודש ה__________", כי בשבתותיו קוראים בתורה פרשות מלאות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 מכ״ה ב__________ מדליקים את נרות חנוכה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כסלו וסיפור החג – התאמת חולמים וחלומות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כסלו (סופרים מניסן)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חלם על סולם המגיע השמיימה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כסלו (סופרים מתשרי)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החודש התשיעי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חלם על פרות ושיבולים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החודש השלישי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חלם על אלומות, שמש, ירח וכוכבים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שמונה נרות, שמונה ערכים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חמישי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ענווה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נר שישי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שמונה נרות, שמונה ערכים – הבנת הדימויים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הנר הראשון הכי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עומד בלי נרות אחרים לצדו, ובכל זאת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נמוך מכל הנרות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לו שמש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דולק רק דקה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הכד הקטן מלמד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שצריך תמיד כד גדול כדי להתחיל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שאפשר להדליק גם כשלא בטוחים שיספיק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שעדיף לוותר כשיש מעט משאבים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שהשמן חשוב יותר מהאור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לאור כשנר מדליק נר נוסף?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 שלו נחלש בחצי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האור שלו לא פוחת, ומתווסף אור נוסף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 שלו עובר לגמרי לנר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הנר הראשון נכבה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דומה בין שתי ההצעות למעשה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דורשים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הצעות לפעולה יומיומית קטנה שמבטאת את הערך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קשורים לכתיבת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מתרחשים רק בטקס עצמו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שמונה נרות, שמונה ערכים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מהרשימה (לא אומץ ולא תקווה) וכתבו משפט הדלקה אישי בסגנון הקטעים שקראתם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הדימוי הפיזי של נר (אור קטן, בודד, שלא נגמר כשמדליק אחר) מתקשר לערך המופשט שהוא מייצג, עם דוגמה אחת מהקטעים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קצרה: איזה מהערכים שלמדתם הכי מדבר אליכם השנה,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סיפור המכבים מוזכר בקטע על נר האומץ. הסבירו בשתי שורות מהו הקשר בין הסיפור לערך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מבנה הטקס, תפקידים והפקה – הכרות עם מבנה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אורך הטקס הבית ספרי?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20–25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עומדים הקריינים?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מרכז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צד 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צד 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מאחורי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תפקידם העיקרי של המנחים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לשיר במקהלה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הסיפור ההיסטורי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להוביל את הטקס ולקשר בין החלקים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להדליק את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אנשים מדליקים נרות, כולל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צוות אחראי על מעברי המוזיקה, המיקרופונים ושינויי התאורה?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צוות שקופיות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צוות סאונד ותאורה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מארחים וסדרנים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מקהלה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מבנה הטקס, תפקידים והפקה – הפעלה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הם שני בעלי תפקיד שמובילים את הטקס, מקשרים בין חלקיו ומזמינים את המדליקים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המקהלה עומדת בטקס הבית ספרי על שתי שורות של __________ בצד שמאל הבמה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מבנה הטקס, תפקידים והפקה – התאמה וסדר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מנחים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מדליקים נר LED אחד ואומרים משפט קצר על ערך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מובילים את הטקס ושומרים על לוח הזמנים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מדליקים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שרה בפתיחה, באמצע ובסיום ומובילה קריאה קולית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מפעילים מוזיקה, מיקרופונים ושינויי 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צוות סאונד ותאורה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קוראים את קטעי הכסלו והסיפור ההיסטורי מהדוכן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מבנה הטקס, תפקידים והפקה – סדר ההכנה לטקס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חזרות לפי תוכנית החזרות של שבועיים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כיוון הקהל ליציאה מסודרת בסיום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עריכת הטקס עצמו לפי התסריט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תפקידים וחלוקת כרטיסי תפקיד לתלמידים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גנרלית הכוללת בדיקת מיקרופונים ותיאום סימני מעבר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ניתוח המערכון והקריאה במקהלה – הכרת הדמויות והעלילה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חושב שהוא קטן מדי?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סביבוני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שמשית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מהמקדש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 שירי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להסתובב ולהתבלבל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קורה המערכון?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אדן חלון, בערב הראשון של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בכיתה בשיעור חינוך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ניתוח המערכון והקריאה במקהלה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סביבוני הוא דמות רגועה שמדברת לאט ובשקט.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פכית מספרת שבעבר מצאו אותה בבית המקדש עם מעט שמן.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ניתוח המערכון והקריאה במקהלה – הבנה והקשרים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נרי חושב שהוא לא יצליח להאיר כלום כי הוא __________ מדי.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ניתוח המערכון והקריאה במקהלה – התאמת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נמרץ, מסתובב ומתבלבל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ביישן, בטוח שאין לו מה לתרום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סביבוני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זוכרת את נס פך השמן מהמקדש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פכית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רגועה וחכמה, מדליקה את כולם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שפה, תרגום והתאמות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גרסה בעברית קלה?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להקשות על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לעולים חדשים להבין את תוכן 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לגמרי את קטעי הקריאה המקוריים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הטקס לאנגלית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השמש בחנוכייה?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הנר השמיני והאחרון שמדליקים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הנר המשמש להדלקת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סביבון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לחודש כסלו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שפה, תרגום והתאמות – עובדות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המילון באתר כולל תרגום לארבע שפות: עברית, אנגלית, רוסית וערבית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קלה הטקסט כתוב בזמן עבר כדי לפשט את ההבנה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הדף, התלמידים העולים מוזמנים לקרוא משפט הדלקה גם בשפת אמם לפני העברית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שפה, תרגום והתאמות – מילים ותרגום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האנגלית למילה 'נר'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התרגום לאנגלית של המילה 'נתינה'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שפה, תרגום והתאמות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community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small jug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miracle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darkness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oil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סיכום: כתיבה והפקה עצמית – שינון עובדות ליסוד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ערך קשור לנר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הרעיון המרכזי של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מעט אור דוחה הרבה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חייבים חנוכייה גדולה כדי להאיר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מבוגרים יכולים להדליק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האור חשוב רק ביום השמיני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למה דווקא בחודש החשוך מדליקים 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לבחור ערך אחד מתוך שמונת הנרות ולהסביר איך הוא מתבטא בחיי היומיום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לזהות את המסר המרכזי של המערכון 'הנר שחשב שהוא קטן מדי' ולנסח אותו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טקס כסליו: חנוכה,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